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9: Challenge Choice Board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Complete any THREE tasks in a row - across, down, or diagonal - like tic-tac-toe. Show your work on the back.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Write 620 405 in words.</w:t>
            </w:r>
          </w:p>
        </w:tc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Multiply:  27 x 6</w:t>
            </w:r>
          </w:p>
        </w:tc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Add:  3.5 + 2.75</w:t>
            </w:r>
          </w:p>
        </w:tc>
      </w:tr>
      <w:tr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Divide:  55 div 8</w:t>
              <w:br/>
              <w:t>(quotient and remainder)</w:t>
            </w:r>
          </w:p>
        </w:tc>
        <w:tc>
          <w:tcPr>
            <w:tcW w:type="dxa" w:w="3312"/>
            <w:shd w:val="clear" w:color="auto" w:fill="EAF2F3"/>
          </w:tcPr>
          <w:p>
            <w:pPr>
              <w:spacing w:after="320" w:before="320"/>
              <w:jc w:val="center"/>
            </w:pPr>
            <w:r/>
            <w:r>
              <w:rPr>
                <w:b/>
                <w:i w:val="0"/>
                <w:sz w:val="22"/>
              </w:rPr>
              <w:t>FREE SPACE</w:t>
              <w:br/>
              <w:t>Teach a partner one strategy</w:t>
            </w:r>
          </w:p>
        </w:tc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Order least to greatest:</w:t>
              <w:br/>
              <w:t>0.6,  0.06,  0.66</w:t>
            </w:r>
          </w:p>
        </w:tc>
      </w:tr>
      <w:tr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Estimate, then add:</w:t>
              <w:br/>
              <w:t>4 812 + 3 199</w:t>
            </w:r>
          </w:p>
        </w:tc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Gr 6 challenge:</w:t>
              <w:br/>
              <w:t>4 + 2 x (9 - 3)</w:t>
            </w:r>
          </w:p>
        </w:tc>
        <w:tc>
          <w:tcPr>
            <w:tcW w:type="dxa" w:w="3312"/>
          </w:tcPr>
          <w:p>
            <w:pPr>
              <w:spacing w:after="320" w:before="320"/>
              <w:jc w:val="center"/>
            </w:pPr>
            <w:r/>
            <w:r>
              <w:rPr>
                <w:b w:val="0"/>
                <w:i w:val="0"/>
                <w:sz w:val="22"/>
              </w:rPr>
              <w:t>$20, buy $7.25 and $9.50.</w:t>
              <w:br/>
              <w:t>How much change?</w:t>
            </w:r>
          </w:p>
        </w:tc>
      </w:tr>
    </w:tbl>
    <w:p>
      <w:pPr>
        <w:spacing w:after="120" w:before="0"/>
      </w:pPr>
      <w:r>
        <w:rPr>
          <w:b w:val="0"/>
          <w:i w:val="0"/>
          <w:sz w:val="16"/>
        </w:rPr>
      </w:r>
    </w:p>
    <w:p>
      <w:pPr>
        <w:spacing w:after="40" w:before="0"/>
      </w:pPr>
      <w:r>
        <w:rPr>
          <w:b/>
          <w:i w:val="0"/>
          <w:sz w:val="22"/>
        </w:rPr>
        <w:t>I completed three in a row:   [  ] across    [  ] down    [  ] diagonal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